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7A9BD" w14:textId="77777777" w:rsidR="00EA2AFB" w:rsidRPr="00FA46C2" w:rsidRDefault="00602968">
      <w:pPr>
        <w:spacing w:after="40" w:line="240" w:lineRule="auto"/>
        <w:jc w:val="center"/>
        <w:rPr>
          <w:rFonts w:ascii="Times New Roman" w:hAnsi="Times New Roman" w:cs="Times New Roman"/>
          <w:bCs/>
          <w:sz w:val="24"/>
          <w:szCs w:val="24"/>
        </w:rPr>
      </w:pPr>
      <w:r w:rsidRPr="00FA46C2">
        <w:rPr>
          <w:rFonts w:ascii="Times New Roman" w:hAnsi="Times New Roman" w:cs="Times New Roman"/>
          <w:bCs/>
          <w:sz w:val="24"/>
          <w:szCs w:val="24"/>
        </w:rPr>
        <w:t>ÕPILASE VALIKUAVALDUS</w:t>
      </w:r>
    </w:p>
    <w:p w14:paraId="727754CE" w14:textId="77777777" w:rsidR="00EA2AFB" w:rsidRPr="00FA46C2" w:rsidRDefault="00602968">
      <w:pPr>
        <w:spacing w:after="280" w:line="240" w:lineRule="auto"/>
        <w:jc w:val="center"/>
        <w:rPr>
          <w:rFonts w:ascii="Times New Roman" w:hAnsi="Times New Roman" w:cs="Times New Roman"/>
          <w:bCs/>
          <w:sz w:val="24"/>
          <w:szCs w:val="24"/>
        </w:rPr>
      </w:pPr>
      <w:r w:rsidRPr="00FA46C2">
        <w:rPr>
          <w:rFonts w:ascii="Times New Roman" w:hAnsi="Times New Roman" w:cs="Times New Roman"/>
          <w:bCs/>
          <w:sz w:val="24"/>
          <w:szCs w:val="24"/>
        </w:rPr>
        <w:t>tehnoloogiavaldkonna õppe korraldamiseks</w:t>
      </w:r>
    </w:p>
    <w:p w14:paraId="66FD55ED" w14:textId="77777777" w:rsidR="00FA46C2" w:rsidRDefault="00FA46C2">
      <w:pPr>
        <w:spacing w:after="140" w:line="240" w:lineRule="auto"/>
        <w:rPr>
          <w:rFonts w:ascii="Times New Roman" w:hAnsi="Times New Roman" w:cs="Times New Roman"/>
          <w:bCs/>
          <w:sz w:val="24"/>
          <w:szCs w:val="24"/>
        </w:rPr>
      </w:pPr>
    </w:p>
    <w:p w14:paraId="1FD64D53" w14:textId="77777777" w:rsidR="00EA2AFB" w:rsidRPr="00FA46C2" w:rsidRDefault="00602968">
      <w:pPr>
        <w:spacing w:after="140" w:line="240" w:lineRule="auto"/>
        <w:rPr>
          <w:rFonts w:ascii="Times New Roman" w:hAnsi="Times New Roman" w:cs="Times New Roman"/>
          <w:bCs/>
          <w:sz w:val="24"/>
          <w:szCs w:val="24"/>
        </w:rPr>
      </w:pPr>
      <w:r w:rsidRPr="00FA46C2">
        <w:rPr>
          <w:rFonts w:ascii="Times New Roman" w:hAnsi="Times New Roman" w:cs="Times New Roman"/>
          <w:bCs/>
          <w:sz w:val="24"/>
          <w:szCs w:val="24"/>
        </w:rPr>
        <w:t xml:space="preserve">Õpilase nimi: </w:t>
      </w:r>
    </w:p>
    <w:p w14:paraId="7B613607" w14:textId="77777777" w:rsidR="00EA2AFB" w:rsidRPr="00FA46C2" w:rsidRDefault="00602968">
      <w:pPr>
        <w:spacing w:after="240" w:line="240" w:lineRule="auto"/>
        <w:rPr>
          <w:rFonts w:ascii="Times New Roman" w:hAnsi="Times New Roman" w:cs="Times New Roman"/>
          <w:bCs/>
          <w:sz w:val="24"/>
          <w:szCs w:val="24"/>
        </w:rPr>
      </w:pPr>
      <w:r w:rsidRPr="00FA46C2">
        <w:rPr>
          <w:rFonts w:ascii="Times New Roman" w:hAnsi="Times New Roman" w:cs="Times New Roman"/>
          <w:bCs/>
          <w:sz w:val="24"/>
          <w:szCs w:val="24"/>
        </w:rPr>
        <w:t xml:space="preserve">Klass: </w:t>
      </w:r>
    </w:p>
    <w:p w14:paraId="5B629251" w14:textId="77777777" w:rsidR="00EA2AFB" w:rsidRPr="00FA46C2" w:rsidRDefault="00602968">
      <w:pPr>
        <w:spacing w:line="240" w:lineRule="auto"/>
        <w:rPr>
          <w:rFonts w:ascii="Times New Roman" w:hAnsi="Times New Roman" w:cs="Times New Roman"/>
          <w:bCs/>
          <w:sz w:val="24"/>
          <w:szCs w:val="24"/>
        </w:rPr>
      </w:pPr>
      <w:r w:rsidRPr="00FA46C2">
        <w:rPr>
          <w:rFonts w:ascii="Times New Roman" w:hAnsi="Times New Roman" w:cs="Times New Roman"/>
          <w:bCs/>
          <w:sz w:val="24"/>
          <w:szCs w:val="24"/>
        </w:rPr>
        <w:t>Palun arvestada minu eelistusega tehnoloogiavaldkonna õppe korraldamisel.</w:t>
      </w:r>
    </w:p>
    <w:p w14:paraId="6F941D4B" w14:textId="77777777" w:rsidR="00EA2AFB" w:rsidRPr="00FA46C2" w:rsidRDefault="00602968">
      <w:pPr>
        <w:spacing w:after="100" w:line="240" w:lineRule="auto"/>
        <w:rPr>
          <w:rFonts w:ascii="Times New Roman" w:hAnsi="Times New Roman" w:cs="Times New Roman"/>
          <w:bCs/>
          <w:sz w:val="24"/>
          <w:szCs w:val="24"/>
        </w:rPr>
      </w:pPr>
      <w:r w:rsidRPr="00FA46C2">
        <w:rPr>
          <w:rFonts w:ascii="Times New Roman" w:hAnsi="Times New Roman" w:cs="Times New Roman"/>
          <w:bCs/>
          <w:sz w:val="24"/>
          <w:szCs w:val="24"/>
        </w:rPr>
        <w:t>Minu eelistus on:</w:t>
      </w:r>
    </w:p>
    <w:p w14:paraId="2034A75B" w14:textId="77777777" w:rsidR="00EA2AFB" w:rsidRPr="00FA46C2" w:rsidRDefault="00602968">
      <w:pPr>
        <w:spacing w:after="80" w:line="240" w:lineRule="auto"/>
        <w:rPr>
          <w:rFonts w:ascii="Times New Roman" w:hAnsi="Times New Roman" w:cs="Times New Roman"/>
          <w:bCs/>
          <w:sz w:val="24"/>
          <w:szCs w:val="24"/>
        </w:rPr>
      </w:pPr>
      <w:r w:rsidRPr="00FA46C2">
        <w:rPr>
          <w:rFonts w:ascii="Segoe UI Symbol" w:hAnsi="Segoe UI Symbol" w:cs="Segoe UI Symbol"/>
          <w:bCs/>
          <w:sz w:val="24"/>
          <w:szCs w:val="24"/>
        </w:rPr>
        <w:t>☐</w:t>
      </w:r>
      <w:r w:rsidRPr="00FA46C2">
        <w:rPr>
          <w:rFonts w:ascii="Times New Roman" w:hAnsi="Times New Roman" w:cs="Times New Roman"/>
          <w:bCs/>
          <w:sz w:val="24"/>
          <w:szCs w:val="24"/>
        </w:rPr>
        <w:t xml:space="preserve"> tehnoloogiaõpetus</w:t>
      </w:r>
    </w:p>
    <w:p w14:paraId="1F05111F" w14:textId="77777777" w:rsidR="00EA2AFB" w:rsidRPr="00FA46C2" w:rsidRDefault="00602968">
      <w:pPr>
        <w:spacing w:after="280" w:line="240" w:lineRule="auto"/>
        <w:rPr>
          <w:rFonts w:ascii="Times New Roman" w:hAnsi="Times New Roman" w:cs="Times New Roman"/>
          <w:bCs/>
          <w:sz w:val="24"/>
          <w:szCs w:val="24"/>
        </w:rPr>
      </w:pPr>
      <w:r w:rsidRPr="00FA46C2">
        <w:rPr>
          <w:rFonts w:ascii="Segoe UI Symbol" w:hAnsi="Segoe UI Symbol" w:cs="Segoe UI Symbol"/>
          <w:bCs/>
          <w:sz w:val="24"/>
          <w:szCs w:val="24"/>
        </w:rPr>
        <w:t>☐</w:t>
      </w:r>
      <w:r w:rsidRPr="00FA46C2">
        <w:rPr>
          <w:rFonts w:ascii="Times New Roman" w:hAnsi="Times New Roman" w:cs="Times New Roman"/>
          <w:bCs/>
          <w:sz w:val="24"/>
          <w:szCs w:val="24"/>
        </w:rPr>
        <w:t xml:space="preserve"> käsitöö ja kodundus</w:t>
      </w:r>
    </w:p>
    <w:tbl>
      <w:tblPr>
        <w:tblW w:w="0" w:type="auto"/>
        <w:tblLayout w:type="fixed"/>
        <w:tblLook w:val="04A0" w:firstRow="1" w:lastRow="0" w:firstColumn="1" w:lastColumn="0" w:noHBand="0" w:noVBand="1"/>
      </w:tblPr>
      <w:tblGrid>
        <w:gridCol w:w="4844"/>
        <w:gridCol w:w="4844"/>
      </w:tblGrid>
      <w:tr w:rsidR="00EA2AFB" w:rsidRPr="00FA46C2" w14:paraId="38657574" w14:textId="77777777">
        <w:tc>
          <w:tcPr>
            <w:tcW w:w="4844" w:type="dxa"/>
            <w:tcBorders>
              <w:top w:val="nil"/>
              <w:left w:val="nil"/>
              <w:bottom w:val="nil"/>
              <w:right w:val="nil"/>
            </w:tcBorders>
            <w:vAlign w:val="center"/>
          </w:tcPr>
          <w:p w14:paraId="206E9B8B" w14:textId="77777777" w:rsidR="00EA2AFB" w:rsidRPr="00FA46C2" w:rsidRDefault="00602968">
            <w:pPr>
              <w:spacing w:after="0"/>
              <w:rPr>
                <w:rFonts w:ascii="Times New Roman" w:hAnsi="Times New Roman" w:cs="Times New Roman"/>
                <w:bCs/>
                <w:sz w:val="24"/>
                <w:szCs w:val="24"/>
              </w:rPr>
            </w:pPr>
            <w:r w:rsidRPr="00FA46C2">
              <w:rPr>
                <w:rFonts w:ascii="Times New Roman" w:hAnsi="Times New Roman" w:cs="Times New Roman"/>
                <w:bCs/>
                <w:sz w:val="24"/>
                <w:szCs w:val="24"/>
              </w:rPr>
              <w:t xml:space="preserve">Õpilase allkiri: </w:t>
            </w:r>
          </w:p>
        </w:tc>
        <w:tc>
          <w:tcPr>
            <w:tcW w:w="4844" w:type="dxa"/>
            <w:tcBorders>
              <w:top w:val="nil"/>
              <w:left w:val="nil"/>
              <w:bottom w:val="nil"/>
              <w:right w:val="nil"/>
            </w:tcBorders>
            <w:vAlign w:val="center"/>
          </w:tcPr>
          <w:p w14:paraId="4E51EFB3" w14:textId="77777777" w:rsidR="00EA2AFB" w:rsidRPr="00FA46C2" w:rsidRDefault="00602968">
            <w:pPr>
              <w:spacing w:after="0"/>
              <w:rPr>
                <w:rFonts w:ascii="Times New Roman" w:hAnsi="Times New Roman" w:cs="Times New Roman"/>
                <w:bCs/>
                <w:sz w:val="24"/>
                <w:szCs w:val="24"/>
              </w:rPr>
            </w:pPr>
            <w:r w:rsidRPr="00FA46C2">
              <w:rPr>
                <w:rFonts w:ascii="Times New Roman" w:hAnsi="Times New Roman" w:cs="Times New Roman"/>
                <w:bCs/>
                <w:sz w:val="24"/>
                <w:szCs w:val="24"/>
              </w:rPr>
              <w:t>Kuupäev: ____ . ____ . 2026</w:t>
            </w:r>
          </w:p>
        </w:tc>
      </w:tr>
    </w:tbl>
    <w:p w14:paraId="2757AB4C" w14:textId="77777777" w:rsidR="00EA2AFB" w:rsidRPr="00FA46C2" w:rsidRDefault="00EA2AFB">
      <w:pPr>
        <w:spacing w:after="60"/>
        <w:rPr>
          <w:rFonts w:ascii="Times New Roman" w:hAnsi="Times New Roman" w:cs="Times New Roman"/>
          <w:bCs/>
          <w:sz w:val="24"/>
          <w:szCs w:val="24"/>
        </w:rPr>
      </w:pPr>
    </w:p>
    <w:p w14:paraId="69535960" w14:textId="77777777" w:rsidR="00EA2AFB" w:rsidRPr="00FA46C2" w:rsidRDefault="00602968">
      <w:pPr>
        <w:spacing w:after="120" w:line="240" w:lineRule="auto"/>
        <w:rPr>
          <w:rFonts w:ascii="Times New Roman" w:hAnsi="Times New Roman" w:cs="Times New Roman"/>
          <w:bCs/>
          <w:sz w:val="24"/>
          <w:szCs w:val="24"/>
        </w:rPr>
      </w:pPr>
      <w:r w:rsidRPr="00FA46C2">
        <w:rPr>
          <w:rFonts w:ascii="Times New Roman" w:hAnsi="Times New Roman" w:cs="Times New Roman"/>
          <w:bCs/>
          <w:sz w:val="24"/>
          <w:szCs w:val="24"/>
        </w:rPr>
        <w:t>Lapsevanem / seaduslik esindaja on õpilase eelistusega tutvunud:</w:t>
      </w:r>
    </w:p>
    <w:p w14:paraId="3D989EC1" w14:textId="77777777" w:rsidR="00EA2AFB" w:rsidRPr="00FA46C2" w:rsidRDefault="00602968">
      <w:pPr>
        <w:spacing w:after="120" w:line="240" w:lineRule="auto"/>
        <w:rPr>
          <w:rFonts w:ascii="Times New Roman" w:hAnsi="Times New Roman" w:cs="Times New Roman"/>
          <w:bCs/>
          <w:sz w:val="24"/>
          <w:szCs w:val="24"/>
        </w:rPr>
      </w:pPr>
      <w:r w:rsidRPr="00FA46C2">
        <w:rPr>
          <w:rFonts w:ascii="Times New Roman" w:hAnsi="Times New Roman" w:cs="Times New Roman"/>
          <w:bCs/>
          <w:sz w:val="24"/>
          <w:szCs w:val="24"/>
        </w:rPr>
        <w:t xml:space="preserve">Nimi: </w:t>
      </w:r>
    </w:p>
    <w:tbl>
      <w:tblPr>
        <w:tblW w:w="0" w:type="auto"/>
        <w:tblLayout w:type="fixed"/>
        <w:tblLook w:val="04A0" w:firstRow="1" w:lastRow="0" w:firstColumn="1" w:lastColumn="0" w:noHBand="0" w:noVBand="1"/>
      </w:tblPr>
      <w:tblGrid>
        <w:gridCol w:w="4844"/>
        <w:gridCol w:w="4844"/>
      </w:tblGrid>
      <w:tr w:rsidR="00EA2AFB" w:rsidRPr="00FA46C2" w14:paraId="27B28F75" w14:textId="77777777">
        <w:tc>
          <w:tcPr>
            <w:tcW w:w="4844" w:type="dxa"/>
            <w:tcBorders>
              <w:top w:val="nil"/>
              <w:left w:val="nil"/>
              <w:bottom w:val="nil"/>
              <w:right w:val="nil"/>
            </w:tcBorders>
          </w:tcPr>
          <w:p w14:paraId="230F14A7" w14:textId="77777777" w:rsidR="00EA2AFB" w:rsidRPr="00FA46C2" w:rsidRDefault="00602968">
            <w:pPr>
              <w:spacing w:after="0"/>
              <w:rPr>
                <w:rFonts w:ascii="Times New Roman" w:hAnsi="Times New Roman" w:cs="Times New Roman"/>
                <w:bCs/>
                <w:sz w:val="24"/>
                <w:szCs w:val="24"/>
              </w:rPr>
            </w:pPr>
            <w:r w:rsidRPr="00FA46C2">
              <w:rPr>
                <w:rFonts w:ascii="Times New Roman" w:hAnsi="Times New Roman" w:cs="Times New Roman"/>
                <w:bCs/>
                <w:sz w:val="24"/>
                <w:szCs w:val="24"/>
              </w:rPr>
              <w:t xml:space="preserve">Allkiri: </w:t>
            </w:r>
          </w:p>
        </w:tc>
        <w:tc>
          <w:tcPr>
            <w:tcW w:w="4844" w:type="dxa"/>
            <w:tcBorders>
              <w:top w:val="nil"/>
              <w:left w:val="nil"/>
              <w:bottom w:val="nil"/>
              <w:right w:val="nil"/>
            </w:tcBorders>
          </w:tcPr>
          <w:p w14:paraId="14980989" w14:textId="77777777" w:rsidR="00EA2AFB" w:rsidRPr="00FA46C2" w:rsidRDefault="00602968">
            <w:pPr>
              <w:spacing w:after="0"/>
              <w:rPr>
                <w:rFonts w:ascii="Times New Roman" w:hAnsi="Times New Roman" w:cs="Times New Roman"/>
                <w:bCs/>
                <w:sz w:val="24"/>
                <w:szCs w:val="24"/>
              </w:rPr>
            </w:pPr>
            <w:r w:rsidRPr="00FA46C2">
              <w:rPr>
                <w:rFonts w:ascii="Times New Roman" w:hAnsi="Times New Roman" w:cs="Times New Roman"/>
                <w:bCs/>
                <w:sz w:val="24"/>
                <w:szCs w:val="24"/>
              </w:rPr>
              <w:t>Kuupäev: ____ . ____ . 2026</w:t>
            </w:r>
          </w:p>
        </w:tc>
      </w:tr>
    </w:tbl>
    <w:p w14:paraId="0836484F" w14:textId="77777777" w:rsidR="00FA46C2" w:rsidRDefault="00FA46C2">
      <w:pPr>
        <w:spacing w:before="280" w:after="120" w:line="240" w:lineRule="auto"/>
        <w:rPr>
          <w:rFonts w:ascii="Times New Roman" w:hAnsi="Times New Roman" w:cs="Times New Roman"/>
          <w:bCs/>
          <w:sz w:val="24"/>
          <w:szCs w:val="24"/>
        </w:rPr>
      </w:pPr>
    </w:p>
    <w:p w14:paraId="2580B925" w14:textId="77777777" w:rsidR="00EA2AFB" w:rsidRPr="00FA46C2" w:rsidRDefault="00602968">
      <w:pPr>
        <w:spacing w:before="280" w:after="120" w:line="240" w:lineRule="auto"/>
        <w:rPr>
          <w:rFonts w:ascii="Times New Roman" w:hAnsi="Times New Roman" w:cs="Times New Roman"/>
          <w:bCs/>
          <w:sz w:val="24"/>
          <w:szCs w:val="24"/>
        </w:rPr>
      </w:pPr>
      <w:r w:rsidRPr="00FA46C2">
        <w:rPr>
          <w:rFonts w:ascii="Times New Roman" w:hAnsi="Times New Roman" w:cs="Times New Roman"/>
          <w:bCs/>
          <w:sz w:val="24"/>
          <w:szCs w:val="24"/>
        </w:rPr>
        <w:t>Selgitus</w:t>
      </w:r>
    </w:p>
    <w:p w14:paraId="564B8DFE" w14:textId="77777777" w:rsidR="00EA2AFB" w:rsidRDefault="00602968" w:rsidP="00FA46C2">
      <w:pPr>
        <w:spacing w:after="140" w:line="240" w:lineRule="auto"/>
        <w:jc w:val="both"/>
        <w:rPr>
          <w:rFonts w:ascii="Times New Roman" w:hAnsi="Times New Roman" w:cs="Times New Roman"/>
          <w:bCs/>
          <w:sz w:val="24"/>
          <w:szCs w:val="24"/>
        </w:rPr>
      </w:pPr>
      <w:r w:rsidRPr="00FA46C2">
        <w:rPr>
          <w:rFonts w:ascii="Times New Roman" w:hAnsi="Times New Roman" w:cs="Times New Roman"/>
          <w:bCs/>
          <w:sz w:val="24"/>
          <w:szCs w:val="24"/>
        </w:rPr>
        <w:t>Põhikooli riikliku õppekava lisa 7 „Ainevaldkond „Tehnoloogia““ kohaselt korraldatakse II ja III kooliastmes tehnoloogiavaldkonna õpet nii, et õpilastele on tagatud võimalus omandada teadmised, oskused ja pädevused kõigi tehnoloogiavaldkonna ainete kaudu. Õpilaste jagunemine õpperühmadesse on sooneutraalne ning õppe korraldamisel arvestatakse õpilaste huvide, eelistuste ja kooli õppekorralduslike võimalustega.</w:t>
      </w:r>
    </w:p>
    <w:p w14:paraId="2B93230A" w14:textId="77777777" w:rsidR="00FA46C2" w:rsidRPr="00FA46C2" w:rsidRDefault="00FA46C2" w:rsidP="00FA46C2">
      <w:pPr>
        <w:spacing w:after="140" w:line="240" w:lineRule="auto"/>
        <w:jc w:val="both"/>
        <w:rPr>
          <w:rFonts w:ascii="Times New Roman" w:hAnsi="Times New Roman" w:cs="Times New Roman"/>
          <w:bCs/>
          <w:sz w:val="24"/>
          <w:szCs w:val="24"/>
        </w:rPr>
      </w:pPr>
    </w:p>
    <w:p w14:paraId="46B40156" w14:textId="77777777" w:rsidR="00EA2AFB" w:rsidRPr="00FA46C2" w:rsidRDefault="00602968" w:rsidP="00FA46C2">
      <w:pPr>
        <w:spacing w:after="140" w:line="240" w:lineRule="auto"/>
        <w:jc w:val="both"/>
        <w:rPr>
          <w:rFonts w:ascii="Times New Roman" w:hAnsi="Times New Roman" w:cs="Times New Roman"/>
          <w:bCs/>
          <w:sz w:val="24"/>
          <w:szCs w:val="24"/>
        </w:rPr>
      </w:pPr>
      <w:r w:rsidRPr="00FA46C2">
        <w:rPr>
          <w:rFonts w:ascii="Times New Roman" w:hAnsi="Times New Roman" w:cs="Times New Roman"/>
          <w:bCs/>
          <w:sz w:val="24"/>
          <w:szCs w:val="24"/>
        </w:rPr>
        <w:t>Õpilase käesolevas avalduses märgitud eelistus kehtib üldjuhul põhikooli lõpuni. Valiku muutmist saab taotleda põhjendatud erandjuhul lapsevanema või seadusliku esindaja kirjaliku avalduse alusel pärast eelnevat arutelu õppejuhiga. Valiku muutmise võimalikkuse otsustab kool, arvestades õppekorraldust, õpperühmade koosseisu ja muid olulisi asjaolusid.</w:t>
      </w:r>
    </w:p>
    <w:sectPr w:rsidR="00EA2AFB" w:rsidRPr="00FA46C2" w:rsidSect="00034616">
      <w:headerReference w:type="default" r:id="rId8"/>
      <w:pgSz w:w="12240" w:h="15840"/>
      <w:pgMar w:top="1134" w:right="1134" w:bottom="1134"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4B4003" w14:textId="77777777" w:rsidR="00602968" w:rsidRDefault="00602968" w:rsidP="00FA46C2">
      <w:pPr>
        <w:spacing w:after="0" w:line="240" w:lineRule="auto"/>
      </w:pPr>
      <w:r>
        <w:separator/>
      </w:r>
    </w:p>
  </w:endnote>
  <w:endnote w:type="continuationSeparator" w:id="0">
    <w:p w14:paraId="783B8AD3" w14:textId="77777777" w:rsidR="00602968" w:rsidRDefault="00602968" w:rsidP="00FA46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11835" w14:textId="77777777" w:rsidR="00602968" w:rsidRDefault="00602968" w:rsidP="00FA46C2">
      <w:pPr>
        <w:spacing w:after="0" w:line="240" w:lineRule="auto"/>
      </w:pPr>
      <w:r>
        <w:separator/>
      </w:r>
    </w:p>
  </w:footnote>
  <w:footnote w:type="continuationSeparator" w:id="0">
    <w:p w14:paraId="3BDBDE28" w14:textId="77777777" w:rsidR="00602968" w:rsidRDefault="00602968" w:rsidP="00FA46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BDBCC" w14:textId="77777777" w:rsidR="00FA46C2" w:rsidRDefault="00FA46C2" w:rsidP="00FA46C2">
    <w:pPr>
      <w:pStyle w:val="Pis"/>
      <w:jc w:val="right"/>
    </w:pPr>
    <w:r>
      <w:rPr>
        <w:noProof/>
        <w:sz w:val="20"/>
        <w:szCs w:val="20"/>
      </w:rPr>
      <w:drawing>
        <wp:inline distT="0" distB="0" distL="0" distR="0" wp14:anchorId="592BE3F0" wp14:editId="2FBAF966">
          <wp:extent cx="1514475" cy="676275"/>
          <wp:effectExtent l="0" t="0" r="9525" b="9525"/>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514665" cy="67636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oendi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oendi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oenditpp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oenditpp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oendi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oenditpp"/>
      <w:lvlText w:val=""/>
      <w:lvlJc w:val="left"/>
      <w:pPr>
        <w:tabs>
          <w:tab w:val="num" w:pos="360"/>
        </w:tabs>
        <w:ind w:left="360" w:hanging="360"/>
      </w:pPr>
      <w:rPr>
        <w:rFonts w:ascii="Symbol" w:hAnsi="Symbol" w:hint="default"/>
      </w:rPr>
    </w:lvl>
  </w:abstractNum>
  <w:num w:numId="1" w16cid:durableId="1551647759">
    <w:abstractNumId w:val="8"/>
  </w:num>
  <w:num w:numId="2" w16cid:durableId="490872966">
    <w:abstractNumId w:val="6"/>
  </w:num>
  <w:num w:numId="3" w16cid:durableId="1819104955">
    <w:abstractNumId w:val="5"/>
  </w:num>
  <w:num w:numId="4" w16cid:durableId="1603882263">
    <w:abstractNumId w:val="4"/>
  </w:num>
  <w:num w:numId="5" w16cid:durableId="20589326">
    <w:abstractNumId w:val="7"/>
  </w:num>
  <w:num w:numId="6" w16cid:durableId="1048644054">
    <w:abstractNumId w:val="3"/>
  </w:num>
  <w:num w:numId="7" w16cid:durableId="1893539346">
    <w:abstractNumId w:val="2"/>
  </w:num>
  <w:num w:numId="8" w16cid:durableId="904992012">
    <w:abstractNumId w:val="1"/>
  </w:num>
  <w:num w:numId="9" w16cid:durableId="12347774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8BF"/>
    <w:rsid w:val="00034616"/>
    <w:rsid w:val="0006063C"/>
    <w:rsid w:val="0015074B"/>
    <w:rsid w:val="0029639D"/>
    <w:rsid w:val="002E48BF"/>
    <w:rsid w:val="00320F20"/>
    <w:rsid w:val="00326F90"/>
    <w:rsid w:val="00346B88"/>
    <w:rsid w:val="005D3828"/>
    <w:rsid w:val="00602968"/>
    <w:rsid w:val="00AA1D8D"/>
    <w:rsid w:val="00B47730"/>
    <w:rsid w:val="00CB0664"/>
    <w:rsid w:val="00D17ABE"/>
    <w:rsid w:val="00DE40B8"/>
    <w:rsid w:val="00EA2AFB"/>
    <w:rsid w:val="00FA46C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0D0D2FD"/>
  <w14:defaultImageDpi w14:val="300"/>
  <w15:docId w15:val="{BCAA006A-52D0-48FE-A42F-5C30C4EEB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laad">
    <w:name w:val="Normal"/>
    <w:qFormat/>
    <w:rsid w:val="00FC693F"/>
    <w:rPr>
      <w:rFonts w:ascii="Arial" w:eastAsia="Arial" w:hAnsi="Arial"/>
    </w:rPr>
  </w:style>
  <w:style w:type="paragraph" w:styleId="Pealkiri1">
    <w:name w:val="heading 1"/>
    <w:basedOn w:val="Normaallaad"/>
    <w:next w:val="Normaallaad"/>
    <w:link w:val="Pealkiri1Mrk"/>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Pealkiri2">
    <w:name w:val="heading 2"/>
    <w:basedOn w:val="Normaallaad"/>
    <w:next w:val="Normaallaad"/>
    <w:link w:val="Pealkiri2Mrk"/>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Pealkiri3">
    <w:name w:val="heading 3"/>
    <w:basedOn w:val="Normaallaad"/>
    <w:next w:val="Normaallaad"/>
    <w:link w:val="Pealkiri3Mrk"/>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Pealkiri4">
    <w:name w:val="heading 4"/>
    <w:basedOn w:val="Normaallaad"/>
    <w:next w:val="Normaallaad"/>
    <w:link w:val="Pealkiri4Mrk"/>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Pealkiri5">
    <w:name w:val="heading 5"/>
    <w:basedOn w:val="Normaallaad"/>
    <w:next w:val="Normaallaad"/>
    <w:link w:val="Pealkiri5Mrk"/>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Pealkiri6">
    <w:name w:val="heading 6"/>
    <w:basedOn w:val="Normaallaad"/>
    <w:next w:val="Normaallaad"/>
    <w:link w:val="Pealkiri6Mrk"/>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Pealkiri7">
    <w:name w:val="heading 7"/>
    <w:basedOn w:val="Normaallaad"/>
    <w:next w:val="Normaallaad"/>
    <w:link w:val="Pealkiri7Mrk"/>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Pealkiri8">
    <w:name w:val="heading 8"/>
    <w:basedOn w:val="Normaallaad"/>
    <w:next w:val="Normaallaad"/>
    <w:link w:val="Pealkiri8Mrk"/>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Pealkiri9">
    <w:name w:val="heading 9"/>
    <w:basedOn w:val="Normaallaad"/>
    <w:next w:val="Normaallaad"/>
    <w:link w:val="Pealkiri9Mrk"/>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Liguvaikefont">
    <w:name w:val="Default Paragraph Font"/>
    <w:uiPriority w:val="1"/>
    <w:semiHidden/>
    <w:unhideWhenUsed/>
  </w:style>
  <w:style w:type="table" w:default="1" w:styleId="Normaaltabel">
    <w:name w:val="Normal Table"/>
    <w:uiPriority w:val="99"/>
    <w:semiHidden/>
    <w:unhideWhenUsed/>
    <w:tblPr>
      <w:tblInd w:w="0" w:type="dxa"/>
      <w:tblCellMar>
        <w:top w:w="0" w:type="dxa"/>
        <w:left w:w="108" w:type="dxa"/>
        <w:bottom w:w="0" w:type="dxa"/>
        <w:right w:w="108" w:type="dxa"/>
      </w:tblCellMar>
    </w:tblPr>
  </w:style>
  <w:style w:type="numbering" w:default="1" w:styleId="Loendita">
    <w:name w:val="No List"/>
    <w:uiPriority w:val="99"/>
    <w:semiHidden/>
    <w:unhideWhenUsed/>
  </w:style>
  <w:style w:type="paragraph" w:styleId="Pis">
    <w:name w:val="header"/>
    <w:basedOn w:val="Normaallaad"/>
    <w:link w:val="PisMrk"/>
    <w:uiPriority w:val="99"/>
    <w:unhideWhenUsed/>
    <w:rsid w:val="00E618BF"/>
    <w:pPr>
      <w:tabs>
        <w:tab w:val="center" w:pos="4680"/>
        <w:tab w:val="right" w:pos="9360"/>
      </w:tabs>
      <w:spacing w:after="0" w:line="240" w:lineRule="auto"/>
    </w:pPr>
  </w:style>
  <w:style w:type="character" w:customStyle="1" w:styleId="PisMrk">
    <w:name w:val="Päis Märk"/>
    <w:basedOn w:val="Liguvaikefont"/>
    <w:link w:val="Pis"/>
    <w:uiPriority w:val="99"/>
    <w:rsid w:val="00E618BF"/>
  </w:style>
  <w:style w:type="paragraph" w:styleId="Jalus">
    <w:name w:val="footer"/>
    <w:basedOn w:val="Normaallaad"/>
    <w:link w:val="JalusMrk"/>
    <w:uiPriority w:val="99"/>
    <w:unhideWhenUsed/>
    <w:rsid w:val="00E618BF"/>
    <w:pPr>
      <w:tabs>
        <w:tab w:val="center" w:pos="4680"/>
        <w:tab w:val="right" w:pos="9360"/>
      </w:tabs>
      <w:spacing w:after="0" w:line="240" w:lineRule="auto"/>
    </w:pPr>
  </w:style>
  <w:style w:type="character" w:customStyle="1" w:styleId="JalusMrk">
    <w:name w:val="Jalus Märk"/>
    <w:basedOn w:val="Liguvaikefont"/>
    <w:link w:val="Jalus"/>
    <w:uiPriority w:val="99"/>
    <w:rsid w:val="00E618BF"/>
  </w:style>
  <w:style w:type="paragraph" w:styleId="Vahedeta">
    <w:name w:val="No Spacing"/>
    <w:uiPriority w:val="1"/>
    <w:qFormat/>
    <w:rsid w:val="00FC693F"/>
    <w:pPr>
      <w:spacing w:after="0" w:line="240" w:lineRule="auto"/>
    </w:pPr>
  </w:style>
  <w:style w:type="character" w:customStyle="1" w:styleId="Pealkiri1Mrk">
    <w:name w:val="Pealkiri 1 Märk"/>
    <w:basedOn w:val="Liguvaikefont"/>
    <w:link w:val="Pealkiri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Pealkiri2Mrk">
    <w:name w:val="Pealkiri 2 Märk"/>
    <w:basedOn w:val="Liguvaikefont"/>
    <w:link w:val="Pealkiri2"/>
    <w:uiPriority w:val="9"/>
    <w:rsid w:val="00FC693F"/>
    <w:rPr>
      <w:rFonts w:asciiTheme="majorHAnsi" w:eastAsiaTheme="majorEastAsia" w:hAnsiTheme="majorHAnsi" w:cstheme="majorBidi"/>
      <w:b/>
      <w:bCs/>
      <w:color w:val="4F81BD" w:themeColor="accent1"/>
      <w:sz w:val="26"/>
      <w:szCs w:val="26"/>
    </w:rPr>
  </w:style>
  <w:style w:type="character" w:customStyle="1" w:styleId="Pealkiri3Mrk">
    <w:name w:val="Pealkiri 3 Märk"/>
    <w:basedOn w:val="Liguvaikefont"/>
    <w:link w:val="Pealkiri3"/>
    <w:uiPriority w:val="9"/>
    <w:rsid w:val="00FC693F"/>
    <w:rPr>
      <w:rFonts w:asciiTheme="majorHAnsi" w:eastAsiaTheme="majorEastAsia" w:hAnsiTheme="majorHAnsi" w:cstheme="majorBidi"/>
      <w:b/>
      <w:bCs/>
      <w:color w:val="4F81BD" w:themeColor="accent1"/>
    </w:rPr>
  </w:style>
  <w:style w:type="paragraph" w:styleId="Pealkiri">
    <w:name w:val="Title"/>
    <w:basedOn w:val="Normaallaad"/>
    <w:next w:val="Normaallaad"/>
    <w:link w:val="PealkiriMrk"/>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PealkiriMrk">
    <w:name w:val="Pealkiri Märk"/>
    <w:basedOn w:val="Liguvaikefont"/>
    <w:link w:val="Pealkiri"/>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apealkiri">
    <w:name w:val="Subtitle"/>
    <w:basedOn w:val="Normaallaad"/>
    <w:next w:val="Normaallaad"/>
    <w:link w:val="AlapealkiriMrk"/>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apealkiriMrk">
    <w:name w:val="Alapealkiri Märk"/>
    <w:basedOn w:val="Liguvaikefont"/>
    <w:link w:val="Alapealkiri"/>
    <w:uiPriority w:val="11"/>
    <w:rsid w:val="00FC693F"/>
    <w:rPr>
      <w:rFonts w:asciiTheme="majorHAnsi" w:eastAsiaTheme="majorEastAsia" w:hAnsiTheme="majorHAnsi" w:cstheme="majorBidi"/>
      <w:i/>
      <w:iCs/>
      <w:color w:val="4F81BD" w:themeColor="accent1"/>
      <w:spacing w:val="15"/>
      <w:sz w:val="24"/>
      <w:szCs w:val="24"/>
    </w:rPr>
  </w:style>
  <w:style w:type="paragraph" w:styleId="Loendilik">
    <w:name w:val="List Paragraph"/>
    <w:basedOn w:val="Normaallaad"/>
    <w:uiPriority w:val="34"/>
    <w:qFormat/>
    <w:rsid w:val="00FC693F"/>
    <w:pPr>
      <w:ind w:left="720"/>
      <w:contextualSpacing/>
    </w:pPr>
  </w:style>
  <w:style w:type="paragraph" w:styleId="Kehatekst">
    <w:name w:val="Body Text"/>
    <w:basedOn w:val="Normaallaad"/>
    <w:link w:val="KehatekstMrk"/>
    <w:uiPriority w:val="99"/>
    <w:unhideWhenUsed/>
    <w:rsid w:val="00AA1D8D"/>
    <w:pPr>
      <w:spacing w:after="120"/>
    </w:pPr>
  </w:style>
  <w:style w:type="character" w:customStyle="1" w:styleId="KehatekstMrk">
    <w:name w:val="Kehatekst Märk"/>
    <w:basedOn w:val="Liguvaikefont"/>
    <w:link w:val="Kehatekst"/>
    <w:uiPriority w:val="99"/>
    <w:rsid w:val="00AA1D8D"/>
  </w:style>
  <w:style w:type="paragraph" w:styleId="Kehatekst2">
    <w:name w:val="Body Text 2"/>
    <w:basedOn w:val="Normaallaad"/>
    <w:link w:val="Kehatekst2Mrk"/>
    <w:uiPriority w:val="99"/>
    <w:unhideWhenUsed/>
    <w:rsid w:val="00AA1D8D"/>
    <w:pPr>
      <w:spacing w:after="120" w:line="480" w:lineRule="auto"/>
    </w:pPr>
  </w:style>
  <w:style w:type="character" w:customStyle="1" w:styleId="Kehatekst2Mrk">
    <w:name w:val="Kehatekst 2 Märk"/>
    <w:basedOn w:val="Liguvaikefont"/>
    <w:link w:val="Kehatekst2"/>
    <w:uiPriority w:val="99"/>
    <w:rsid w:val="00AA1D8D"/>
  </w:style>
  <w:style w:type="paragraph" w:styleId="Kehatekst3">
    <w:name w:val="Body Text 3"/>
    <w:basedOn w:val="Normaallaad"/>
    <w:link w:val="Kehatekst3Mrk"/>
    <w:uiPriority w:val="99"/>
    <w:unhideWhenUsed/>
    <w:rsid w:val="00AA1D8D"/>
    <w:pPr>
      <w:spacing w:after="120"/>
    </w:pPr>
    <w:rPr>
      <w:sz w:val="16"/>
      <w:szCs w:val="16"/>
    </w:rPr>
  </w:style>
  <w:style w:type="character" w:customStyle="1" w:styleId="Kehatekst3Mrk">
    <w:name w:val="Kehatekst 3 Märk"/>
    <w:basedOn w:val="Liguvaikefont"/>
    <w:link w:val="Kehatekst3"/>
    <w:uiPriority w:val="99"/>
    <w:rsid w:val="00AA1D8D"/>
    <w:rPr>
      <w:sz w:val="16"/>
      <w:szCs w:val="16"/>
    </w:rPr>
  </w:style>
  <w:style w:type="paragraph" w:styleId="Loend">
    <w:name w:val="List"/>
    <w:basedOn w:val="Normaallaad"/>
    <w:uiPriority w:val="99"/>
    <w:unhideWhenUsed/>
    <w:rsid w:val="00AA1D8D"/>
    <w:pPr>
      <w:ind w:left="360" w:hanging="360"/>
      <w:contextualSpacing/>
    </w:pPr>
  </w:style>
  <w:style w:type="paragraph" w:styleId="Loend2">
    <w:name w:val="List 2"/>
    <w:basedOn w:val="Normaallaad"/>
    <w:uiPriority w:val="99"/>
    <w:unhideWhenUsed/>
    <w:rsid w:val="00326F90"/>
    <w:pPr>
      <w:ind w:left="720" w:hanging="360"/>
      <w:contextualSpacing/>
    </w:pPr>
  </w:style>
  <w:style w:type="paragraph" w:styleId="Loend3">
    <w:name w:val="List 3"/>
    <w:basedOn w:val="Normaallaad"/>
    <w:uiPriority w:val="99"/>
    <w:unhideWhenUsed/>
    <w:rsid w:val="00326F90"/>
    <w:pPr>
      <w:ind w:left="1080" w:hanging="360"/>
      <w:contextualSpacing/>
    </w:pPr>
  </w:style>
  <w:style w:type="paragraph" w:styleId="Loenditpp">
    <w:name w:val="List Bullet"/>
    <w:basedOn w:val="Normaallaad"/>
    <w:uiPriority w:val="99"/>
    <w:unhideWhenUsed/>
    <w:rsid w:val="00326F90"/>
    <w:pPr>
      <w:numPr>
        <w:numId w:val="1"/>
      </w:numPr>
      <w:contextualSpacing/>
    </w:pPr>
  </w:style>
  <w:style w:type="paragraph" w:styleId="Loenditpp2">
    <w:name w:val="List Bullet 2"/>
    <w:basedOn w:val="Normaallaad"/>
    <w:uiPriority w:val="99"/>
    <w:unhideWhenUsed/>
    <w:rsid w:val="00326F90"/>
    <w:pPr>
      <w:numPr>
        <w:numId w:val="2"/>
      </w:numPr>
      <w:contextualSpacing/>
    </w:pPr>
  </w:style>
  <w:style w:type="paragraph" w:styleId="Loenditpp3">
    <w:name w:val="List Bullet 3"/>
    <w:basedOn w:val="Normaallaad"/>
    <w:uiPriority w:val="99"/>
    <w:unhideWhenUsed/>
    <w:rsid w:val="00326F90"/>
    <w:pPr>
      <w:numPr>
        <w:numId w:val="3"/>
      </w:numPr>
      <w:contextualSpacing/>
    </w:pPr>
  </w:style>
  <w:style w:type="paragraph" w:styleId="Loendinumber">
    <w:name w:val="List Number"/>
    <w:basedOn w:val="Normaallaad"/>
    <w:uiPriority w:val="99"/>
    <w:unhideWhenUsed/>
    <w:rsid w:val="00326F90"/>
    <w:pPr>
      <w:numPr>
        <w:numId w:val="5"/>
      </w:numPr>
      <w:contextualSpacing/>
    </w:pPr>
  </w:style>
  <w:style w:type="paragraph" w:styleId="Loendinumber2">
    <w:name w:val="List Number 2"/>
    <w:basedOn w:val="Normaallaad"/>
    <w:uiPriority w:val="99"/>
    <w:unhideWhenUsed/>
    <w:rsid w:val="0029639D"/>
    <w:pPr>
      <w:numPr>
        <w:numId w:val="6"/>
      </w:numPr>
      <w:contextualSpacing/>
    </w:pPr>
  </w:style>
  <w:style w:type="paragraph" w:styleId="Loendinumber3">
    <w:name w:val="List Number 3"/>
    <w:basedOn w:val="Normaallaad"/>
    <w:uiPriority w:val="99"/>
    <w:unhideWhenUsed/>
    <w:rsid w:val="0029639D"/>
    <w:pPr>
      <w:numPr>
        <w:numId w:val="7"/>
      </w:numPr>
      <w:contextualSpacing/>
    </w:pPr>
  </w:style>
  <w:style w:type="paragraph" w:styleId="Loendijtk">
    <w:name w:val="List Continue"/>
    <w:basedOn w:val="Normaallaad"/>
    <w:uiPriority w:val="99"/>
    <w:unhideWhenUsed/>
    <w:rsid w:val="0029639D"/>
    <w:pPr>
      <w:spacing w:after="120"/>
      <w:ind w:left="360"/>
      <w:contextualSpacing/>
    </w:pPr>
  </w:style>
  <w:style w:type="paragraph" w:styleId="Loendijtk2">
    <w:name w:val="List Continue 2"/>
    <w:basedOn w:val="Normaallaad"/>
    <w:uiPriority w:val="99"/>
    <w:unhideWhenUsed/>
    <w:rsid w:val="0029639D"/>
    <w:pPr>
      <w:spacing w:after="120"/>
      <w:ind w:left="720"/>
      <w:contextualSpacing/>
    </w:pPr>
  </w:style>
  <w:style w:type="paragraph" w:styleId="Loendijtk3">
    <w:name w:val="List Continue 3"/>
    <w:basedOn w:val="Normaallaad"/>
    <w:uiPriority w:val="99"/>
    <w:unhideWhenUsed/>
    <w:rsid w:val="0029639D"/>
    <w:pPr>
      <w:spacing w:after="120"/>
      <w:ind w:left="1080"/>
      <w:contextualSpacing/>
    </w:pPr>
  </w:style>
  <w:style w:type="paragraph" w:styleId="Makrotekst">
    <w:name w:val="macro"/>
    <w:link w:val="MakrotekstMrk"/>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tekstMrk">
    <w:name w:val="Makrotekst Märk"/>
    <w:basedOn w:val="Liguvaikefont"/>
    <w:link w:val="Makrotekst"/>
    <w:uiPriority w:val="99"/>
    <w:rsid w:val="0029639D"/>
    <w:rPr>
      <w:rFonts w:ascii="Courier" w:hAnsi="Courier"/>
      <w:sz w:val="20"/>
      <w:szCs w:val="20"/>
    </w:rPr>
  </w:style>
  <w:style w:type="paragraph" w:styleId="Tsitaat">
    <w:name w:val="Quote"/>
    <w:basedOn w:val="Normaallaad"/>
    <w:next w:val="Normaallaad"/>
    <w:link w:val="TsitaatMrk"/>
    <w:uiPriority w:val="29"/>
    <w:qFormat/>
    <w:rsid w:val="00FC693F"/>
    <w:rPr>
      <w:i/>
      <w:iCs/>
      <w:color w:val="000000" w:themeColor="text1"/>
    </w:rPr>
  </w:style>
  <w:style w:type="character" w:customStyle="1" w:styleId="TsitaatMrk">
    <w:name w:val="Tsitaat Märk"/>
    <w:basedOn w:val="Liguvaikefont"/>
    <w:link w:val="Tsitaat"/>
    <w:uiPriority w:val="29"/>
    <w:rsid w:val="00FC693F"/>
    <w:rPr>
      <w:i/>
      <w:iCs/>
      <w:color w:val="000000" w:themeColor="text1"/>
    </w:rPr>
  </w:style>
  <w:style w:type="character" w:customStyle="1" w:styleId="Pealkiri4Mrk">
    <w:name w:val="Pealkiri 4 Märk"/>
    <w:basedOn w:val="Liguvaikefont"/>
    <w:link w:val="Pealkiri4"/>
    <w:uiPriority w:val="9"/>
    <w:semiHidden/>
    <w:rsid w:val="00FC693F"/>
    <w:rPr>
      <w:rFonts w:asciiTheme="majorHAnsi" w:eastAsiaTheme="majorEastAsia" w:hAnsiTheme="majorHAnsi" w:cstheme="majorBidi"/>
      <w:b/>
      <w:bCs/>
      <w:i/>
      <w:iCs/>
      <w:color w:val="4F81BD" w:themeColor="accent1"/>
    </w:rPr>
  </w:style>
  <w:style w:type="character" w:customStyle="1" w:styleId="Pealkiri5Mrk">
    <w:name w:val="Pealkiri 5 Märk"/>
    <w:basedOn w:val="Liguvaikefont"/>
    <w:link w:val="Pealkiri5"/>
    <w:uiPriority w:val="9"/>
    <w:semiHidden/>
    <w:rsid w:val="00FC693F"/>
    <w:rPr>
      <w:rFonts w:asciiTheme="majorHAnsi" w:eastAsiaTheme="majorEastAsia" w:hAnsiTheme="majorHAnsi" w:cstheme="majorBidi"/>
      <w:color w:val="243F60" w:themeColor="accent1" w:themeShade="7F"/>
    </w:rPr>
  </w:style>
  <w:style w:type="character" w:customStyle="1" w:styleId="Pealkiri6Mrk">
    <w:name w:val="Pealkiri 6 Märk"/>
    <w:basedOn w:val="Liguvaikefont"/>
    <w:link w:val="Pealkiri6"/>
    <w:uiPriority w:val="9"/>
    <w:semiHidden/>
    <w:rsid w:val="00FC693F"/>
    <w:rPr>
      <w:rFonts w:asciiTheme="majorHAnsi" w:eastAsiaTheme="majorEastAsia" w:hAnsiTheme="majorHAnsi" w:cstheme="majorBidi"/>
      <w:i/>
      <w:iCs/>
      <w:color w:val="243F60" w:themeColor="accent1" w:themeShade="7F"/>
    </w:rPr>
  </w:style>
  <w:style w:type="character" w:customStyle="1" w:styleId="Pealkiri7Mrk">
    <w:name w:val="Pealkiri 7 Märk"/>
    <w:basedOn w:val="Liguvaikefont"/>
    <w:link w:val="Pealkiri7"/>
    <w:uiPriority w:val="9"/>
    <w:semiHidden/>
    <w:rsid w:val="00FC693F"/>
    <w:rPr>
      <w:rFonts w:asciiTheme="majorHAnsi" w:eastAsiaTheme="majorEastAsia" w:hAnsiTheme="majorHAnsi" w:cstheme="majorBidi"/>
      <w:i/>
      <w:iCs/>
      <w:color w:val="404040" w:themeColor="text1" w:themeTint="BF"/>
    </w:rPr>
  </w:style>
  <w:style w:type="character" w:customStyle="1" w:styleId="Pealkiri8Mrk">
    <w:name w:val="Pealkiri 8 Märk"/>
    <w:basedOn w:val="Liguvaikefont"/>
    <w:link w:val="Pealkiri8"/>
    <w:uiPriority w:val="9"/>
    <w:semiHidden/>
    <w:rsid w:val="00FC693F"/>
    <w:rPr>
      <w:rFonts w:asciiTheme="majorHAnsi" w:eastAsiaTheme="majorEastAsia" w:hAnsiTheme="majorHAnsi" w:cstheme="majorBidi"/>
      <w:color w:val="4F81BD" w:themeColor="accent1"/>
      <w:sz w:val="20"/>
      <w:szCs w:val="20"/>
    </w:rPr>
  </w:style>
  <w:style w:type="character" w:customStyle="1" w:styleId="Pealkiri9Mrk">
    <w:name w:val="Pealkiri 9 Märk"/>
    <w:basedOn w:val="Liguvaikefont"/>
    <w:link w:val="Pealkiri9"/>
    <w:uiPriority w:val="9"/>
    <w:semiHidden/>
    <w:rsid w:val="00FC693F"/>
    <w:rPr>
      <w:rFonts w:asciiTheme="majorHAnsi" w:eastAsiaTheme="majorEastAsia" w:hAnsiTheme="majorHAnsi" w:cstheme="majorBidi"/>
      <w:i/>
      <w:iCs/>
      <w:color w:val="404040" w:themeColor="text1" w:themeTint="BF"/>
      <w:sz w:val="20"/>
      <w:szCs w:val="20"/>
    </w:rPr>
  </w:style>
  <w:style w:type="paragraph" w:styleId="Pealdis">
    <w:name w:val="caption"/>
    <w:basedOn w:val="Normaallaad"/>
    <w:next w:val="Normaallaad"/>
    <w:uiPriority w:val="35"/>
    <w:semiHidden/>
    <w:unhideWhenUsed/>
    <w:qFormat/>
    <w:rsid w:val="00FC693F"/>
    <w:pPr>
      <w:spacing w:line="240" w:lineRule="auto"/>
    </w:pPr>
    <w:rPr>
      <w:b/>
      <w:bCs/>
      <w:color w:val="4F81BD" w:themeColor="accent1"/>
      <w:sz w:val="18"/>
      <w:szCs w:val="18"/>
    </w:rPr>
  </w:style>
  <w:style w:type="character" w:styleId="Tugev">
    <w:name w:val="Strong"/>
    <w:basedOn w:val="Liguvaikefont"/>
    <w:uiPriority w:val="22"/>
    <w:qFormat/>
    <w:rsid w:val="00FC693F"/>
    <w:rPr>
      <w:b/>
      <w:bCs/>
    </w:rPr>
  </w:style>
  <w:style w:type="character" w:styleId="Rhutus">
    <w:name w:val="Emphasis"/>
    <w:basedOn w:val="Liguvaikefont"/>
    <w:uiPriority w:val="20"/>
    <w:qFormat/>
    <w:rsid w:val="00FC693F"/>
    <w:rPr>
      <w:i/>
      <w:iCs/>
    </w:rPr>
  </w:style>
  <w:style w:type="paragraph" w:styleId="Selgeltmrgatavtsitaat">
    <w:name w:val="Intense Quote"/>
    <w:basedOn w:val="Normaallaad"/>
    <w:next w:val="Normaallaad"/>
    <w:link w:val="SelgeltmrgatavtsitaatMrk"/>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SelgeltmrgatavtsitaatMrk">
    <w:name w:val="Selgelt märgatav tsitaat Märk"/>
    <w:basedOn w:val="Liguvaikefont"/>
    <w:link w:val="Selgeltmrgatavtsitaat"/>
    <w:uiPriority w:val="30"/>
    <w:rsid w:val="00FC693F"/>
    <w:rPr>
      <w:b/>
      <w:bCs/>
      <w:i/>
      <w:iCs/>
      <w:color w:val="4F81BD" w:themeColor="accent1"/>
    </w:rPr>
  </w:style>
  <w:style w:type="character" w:styleId="Vaevumrgatavrhutus">
    <w:name w:val="Subtle Emphasis"/>
    <w:basedOn w:val="Liguvaikefont"/>
    <w:uiPriority w:val="19"/>
    <w:qFormat/>
    <w:rsid w:val="00FC693F"/>
    <w:rPr>
      <w:i/>
      <w:iCs/>
      <w:color w:val="808080" w:themeColor="text1" w:themeTint="7F"/>
    </w:rPr>
  </w:style>
  <w:style w:type="character" w:styleId="Selgeltmrgatavrhutus">
    <w:name w:val="Intense Emphasis"/>
    <w:basedOn w:val="Liguvaikefont"/>
    <w:uiPriority w:val="21"/>
    <w:qFormat/>
    <w:rsid w:val="00FC693F"/>
    <w:rPr>
      <w:b/>
      <w:bCs/>
      <w:i/>
      <w:iCs/>
      <w:color w:val="4F81BD" w:themeColor="accent1"/>
    </w:rPr>
  </w:style>
  <w:style w:type="character" w:styleId="Vaevumrgatavviide">
    <w:name w:val="Subtle Reference"/>
    <w:basedOn w:val="Liguvaikefont"/>
    <w:uiPriority w:val="31"/>
    <w:qFormat/>
    <w:rsid w:val="00FC693F"/>
    <w:rPr>
      <w:smallCaps/>
      <w:color w:val="C0504D" w:themeColor="accent2"/>
      <w:u w:val="single"/>
    </w:rPr>
  </w:style>
  <w:style w:type="character" w:styleId="Selgeltmrgatavviide">
    <w:name w:val="Intense Reference"/>
    <w:basedOn w:val="Liguvaikefont"/>
    <w:uiPriority w:val="32"/>
    <w:qFormat/>
    <w:rsid w:val="00FC693F"/>
    <w:rPr>
      <w:b/>
      <w:bCs/>
      <w:smallCaps/>
      <w:color w:val="C0504D" w:themeColor="accent2"/>
      <w:spacing w:val="5"/>
      <w:u w:val="single"/>
    </w:rPr>
  </w:style>
  <w:style w:type="character" w:styleId="Raamatupealkiri">
    <w:name w:val="Book Title"/>
    <w:basedOn w:val="Liguvaikefont"/>
    <w:uiPriority w:val="33"/>
    <w:qFormat/>
    <w:rsid w:val="00FC693F"/>
    <w:rPr>
      <w:b/>
      <w:bCs/>
      <w:smallCaps/>
      <w:spacing w:val="5"/>
    </w:rPr>
  </w:style>
  <w:style w:type="paragraph" w:styleId="Sisukorrapealkiri">
    <w:name w:val="TOC Heading"/>
    <w:basedOn w:val="Pealkiri1"/>
    <w:next w:val="Normaallaad"/>
    <w:uiPriority w:val="39"/>
    <w:semiHidden/>
    <w:unhideWhenUsed/>
    <w:qFormat/>
    <w:rsid w:val="00FC693F"/>
    <w:pPr>
      <w:outlineLvl w:val="9"/>
    </w:pPr>
  </w:style>
  <w:style w:type="table" w:styleId="Kontuurtabel">
    <w:name w:val="Table Grid"/>
    <w:basedOn w:val="Normaaltabe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Helevarjustus">
    <w:name w:val="Light Shading"/>
    <w:basedOn w:val="Normaaltabe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Helevarjustusrhk1">
    <w:name w:val="Light Shading Accent 1"/>
    <w:basedOn w:val="Normaaltabe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Helevarjustusrhk2">
    <w:name w:val="Light Shading Accent 2"/>
    <w:basedOn w:val="Normaaltabe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Helevarjustusrhk3">
    <w:name w:val="Light Shading Accent 3"/>
    <w:basedOn w:val="Normaaltabe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Helevarjustusrhk4">
    <w:name w:val="Light Shading Accent 4"/>
    <w:basedOn w:val="Normaaltabe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Helevarjustusrhk5">
    <w:name w:val="Light Shading Accent 5"/>
    <w:basedOn w:val="Normaaltabe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Helevarjustusrhk6">
    <w:name w:val="Light Shading Accent 6"/>
    <w:basedOn w:val="Normaaltabe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Heleloend">
    <w:name w:val="Light List"/>
    <w:basedOn w:val="Normaaltabe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Heleloendrhk1">
    <w:name w:val="Light List Accent 1"/>
    <w:basedOn w:val="Normaaltabe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Heleloendrhk2">
    <w:name w:val="Light List Accent 2"/>
    <w:basedOn w:val="Normaaltabe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Heleloendrhk3">
    <w:name w:val="Light List Accent 3"/>
    <w:basedOn w:val="Normaaltabe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Heleloendrhk4">
    <w:name w:val="Light List Accent 4"/>
    <w:basedOn w:val="Normaaltabe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Heleloendrhk5">
    <w:name w:val="Light List Accent 5"/>
    <w:basedOn w:val="Normaaltabe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Heleloendrhk6">
    <w:name w:val="Light List Accent 6"/>
    <w:basedOn w:val="Normaaltabe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Helekoordinaatvrk">
    <w:name w:val="Light Grid"/>
    <w:basedOn w:val="Normaaltabe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Helekoordinaatvrkrhk1">
    <w:name w:val="Light Grid Accent 1"/>
    <w:basedOn w:val="Normaaltabe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Helekoordinaatvrkrhk2">
    <w:name w:val="Light Grid Accent 2"/>
    <w:basedOn w:val="Normaaltabe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Helekoordinaatvrkrhk3">
    <w:name w:val="Light Grid Accent 3"/>
    <w:basedOn w:val="Normaaltabe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Helekoordinaatvrkrhk4">
    <w:name w:val="Light Grid Accent 4"/>
    <w:basedOn w:val="Normaaltabe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Helekoordinaatvrkrhk5">
    <w:name w:val="Light Grid Accent 5"/>
    <w:basedOn w:val="Normaaltabe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Helekoordinaatvrkrhk6">
    <w:name w:val="Light Grid Accent 6"/>
    <w:basedOn w:val="Normaaltabe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Keskminevarjustus1">
    <w:name w:val="Medium Shading 1"/>
    <w:basedOn w:val="Normaaltabe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Keskminevarjustus1rhk1">
    <w:name w:val="Medium Shading 1 Accent 1"/>
    <w:basedOn w:val="Normaaltabe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Keskminevarjustus1rhk2">
    <w:name w:val="Medium Shading 1 Accent 2"/>
    <w:basedOn w:val="Normaaltabe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Keskminevarjustus1rhk3">
    <w:name w:val="Medium Shading 1 Accent 3"/>
    <w:basedOn w:val="Normaaltabe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Keskminevarjustus1rhk4">
    <w:name w:val="Medium Shading 1 Accent 4"/>
    <w:basedOn w:val="Normaaltabe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Keskminevarjustus1rhk5">
    <w:name w:val="Medium Shading 1 Accent 5"/>
    <w:basedOn w:val="Normaaltabe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Keskminevarjustus1rhk6">
    <w:name w:val="Medium Shading 1 Accent 6"/>
    <w:basedOn w:val="Normaaltabe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Keskminevarjustus2">
    <w:name w:val="Medium Shading 2"/>
    <w:basedOn w:val="Normaal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Keskminevarjustus2rhk1">
    <w:name w:val="Medium Shading 2 Accent 1"/>
    <w:basedOn w:val="Normaal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Keskminevarjustus2rhk2">
    <w:name w:val="Medium Shading 2 Accent 2"/>
    <w:basedOn w:val="Normaal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Keskminevarjustus2rhk3">
    <w:name w:val="Medium Shading 2 Accent 3"/>
    <w:basedOn w:val="Normaal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Keskminevarjustus2rhk4">
    <w:name w:val="Medium Shading 2 Accent 4"/>
    <w:basedOn w:val="Normaal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Keskminevarjustus2rhk5">
    <w:name w:val="Medium Shading 2 Accent 5"/>
    <w:basedOn w:val="Normaal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Keskminevarjustus2rhk6">
    <w:name w:val="Medium Shading 2 Accent 6"/>
    <w:basedOn w:val="Normaal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Keskmineloend1">
    <w:name w:val="Medium List 1"/>
    <w:basedOn w:val="Normaaltabe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Keskmineloend1rhk1">
    <w:name w:val="Medium List 1 Accent 1"/>
    <w:basedOn w:val="Normaaltabe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Keskmineloend1rhk2">
    <w:name w:val="Medium List 1 Accent 2"/>
    <w:basedOn w:val="Normaaltabe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Keskmineloend1rhk3">
    <w:name w:val="Medium List 1 Accent 3"/>
    <w:basedOn w:val="Normaaltabe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Keskmineloend1rhk4">
    <w:name w:val="Medium List 1 Accent 4"/>
    <w:basedOn w:val="Normaaltabe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Keskmineloend1rhk5">
    <w:name w:val="Medium List 1 Accent 5"/>
    <w:basedOn w:val="Normaaltabe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Keskmineloend1rhk6">
    <w:name w:val="Medium List 1 Accent 6"/>
    <w:basedOn w:val="Normaaltabe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Keskmineloend2">
    <w:name w:val="Medium List 2"/>
    <w:basedOn w:val="Normaal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Keskmineloend2rhk1">
    <w:name w:val="Medium List 2 Accent 1"/>
    <w:basedOn w:val="Normaal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Keskmineloend2rhk2">
    <w:name w:val="Medium List 2 Accent 2"/>
    <w:basedOn w:val="Normaal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Keskmineloend2rhk3">
    <w:name w:val="Medium List 2 Accent 3"/>
    <w:basedOn w:val="Normaal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Keskmineloend2rhk4">
    <w:name w:val="Medium List 2 Accent 4"/>
    <w:basedOn w:val="Normaal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Keskmineloend2rhk5">
    <w:name w:val="Medium List 2 Accent 5"/>
    <w:basedOn w:val="Normaal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Keskmineloend2rhk6">
    <w:name w:val="Medium List 2 Accent 6"/>
    <w:basedOn w:val="Normaal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Keskminekoordinaatvrk1">
    <w:name w:val="Medium Grid 1"/>
    <w:basedOn w:val="Normaaltabe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eskminekoordinaatvrk1rhk1">
    <w:name w:val="Medium Grid 1 Accent 1"/>
    <w:basedOn w:val="Normaaltabe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Keskminekoordinaatvrk1rhk2">
    <w:name w:val="Medium Grid 1 Accent 2"/>
    <w:basedOn w:val="Normaaltabe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Keskminekoordinaatvrk1rhk3">
    <w:name w:val="Medium Grid 1 Accent 3"/>
    <w:basedOn w:val="Normaaltabe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Keskminekoordinaatvrk1rhk4">
    <w:name w:val="Medium Grid 1 Accent 4"/>
    <w:basedOn w:val="Normaaltabe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Keskminekoordinaatvrk1rhk5">
    <w:name w:val="Medium Grid 1 Accent 5"/>
    <w:basedOn w:val="Normaaltabe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Keskminekoordinaatvrk1rhk6">
    <w:name w:val="Medium Grid 1 Accent 6"/>
    <w:basedOn w:val="Normaaltabe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Keskminekoordinaatvrk2">
    <w:name w:val="Medium Grid 2"/>
    <w:basedOn w:val="Normaal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Keskminekoordinaatvrk2rhk1">
    <w:name w:val="Medium Grid 2 Accent 1"/>
    <w:basedOn w:val="Normaal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Keskminekoordinaatvrk2rhk2">
    <w:name w:val="Medium Grid 2 Accent 2"/>
    <w:basedOn w:val="Normaal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Keskminekoordinaatvrk2rhk3">
    <w:name w:val="Medium Grid 2 Accent 3"/>
    <w:basedOn w:val="Normaal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Keskminekoordinaatvrk2rhk4">
    <w:name w:val="Medium Grid 2 Accent 4"/>
    <w:basedOn w:val="Normaal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Keskminekoordinaatvrk2rhk5">
    <w:name w:val="Medium Grid 2 Accent 5"/>
    <w:basedOn w:val="Normaal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Keskminekoordinaatvrk2rhk6">
    <w:name w:val="Medium Grid 2 Accent 6"/>
    <w:basedOn w:val="Normaal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Keskminekoordinaatvrk3">
    <w:name w:val="Medium Grid 3"/>
    <w:basedOn w:val="Normaal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Keskminekoordinaatvrk3rhk1">
    <w:name w:val="Medium Grid 3 Accent 1"/>
    <w:basedOn w:val="Normaal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Keskminekoordinaatvrk3rhk2">
    <w:name w:val="Medium Grid 3 Accent 2"/>
    <w:basedOn w:val="Normaal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Keskminekoordinaatvrk3rhk3">
    <w:name w:val="Medium Grid 3 Accent 3"/>
    <w:basedOn w:val="Normaal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Keskminekoordinaatvrk3rhk4">
    <w:name w:val="Medium Grid 3 Accent 4"/>
    <w:basedOn w:val="Normaal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Keskminekoordinaatvrk3rhk5">
    <w:name w:val="Medium Grid 3 Accent 5"/>
    <w:basedOn w:val="Normaal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Keskminekoordinaatvrk3rhk6">
    <w:name w:val="Medium Grid 3 Accent 6"/>
    <w:basedOn w:val="Normaal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Tumeloend">
    <w:name w:val="Dark List"/>
    <w:basedOn w:val="Normaaltabe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umeloendrhk1">
    <w:name w:val="Dark List Accent 1"/>
    <w:basedOn w:val="Normaaltabe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umeloendrhk2">
    <w:name w:val="Dark List Accent 2"/>
    <w:basedOn w:val="Normaaltabe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umeloendrhk3">
    <w:name w:val="Dark List Accent 3"/>
    <w:basedOn w:val="Normaaltabe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umeloendrhk4">
    <w:name w:val="Dark List Accent 4"/>
    <w:basedOn w:val="Normaaltabe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umeloendrhk5">
    <w:name w:val="Dark List Accent 5"/>
    <w:basedOn w:val="Normaaltabe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umeloendrhk6">
    <w:name w:val="Dark List Accent 6"/>
    <w:basedOn w:val="Normaaltabe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Vrvilinevarjustus">
    <w:name w:val="Colorful Shading"/>
    <w:basedOn w:val="Normaaltabe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Vrvilinevarjustusrhk1">
    <w:name w:val="Colorful Shading Accent 1"/>
    <w:basedOn w:val="Normaaltabe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Vrvilinevarjustusrhk2">
    <w:name w:val="Colorful Shading Accent 2"/>
    <w:basedOn w:val="Normaaltabe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Vrvilinevarjustusrhk3">
    <w:name w:val="Colorful Shading Accent 3"/>
    <w:basedOn w:val="Normaaltabe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Vrvilinevarjustusrhk4">
    <w:name w:val="Colorful Shading Accent 4"/>
    <w:basedOn w:val="Normaaltabe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Vrvilinevarjustusrhk5">
    <w:name w:val="Colorful Shading Accent 5"/>
    <w:basedOn w:val="Normaaltabe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Vrvilinevarjustusrhk6">
    <w:name w:val="Colorful Shading Accent 6"/>
    <w:basedOn w:val="Normaaltabe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Vrvilineloend">
    <w:name w:val="Colorful List"/>
    <w:basedOn w:val="Normaaltabe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Vrvilineloendrhk1">
    <w:name w:val="Colorful List Accent 1"/>
    <w:basedOn w:val="Normaaltabe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Vrvilineloendrhk2">
    <w:name w:val="Colorful List Accent 2"/>
    <w:basedOn w:val="Normaaltabe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Vrvilineloendrhk3">
    <w:name w:val="Colorful List Accent 3"/>
    <w:basedOn w:val="Normaaltabe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Vrvilineloendrhk4">
    <w:name w:val="Colorful List Accent 4"/>
    <w:basedOn w:val="Normaaltabe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Vrvilineloendrhk5">
    <w:name w:val="Colorful List Accent 5"/>
    <w:basedOn w:val="Normaaltabe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Vrvilineloendrhk6">
    <w:name w:val="Colorful List Accent 6"/>
    <w:basedOn w:val="Normaaltabe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Vrvilinekoordinaatvrk">
    <w:name w:val="Colorful Grid"/>
    <w:basedOn w:val="Normaal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Vrvilinekoordinaatvrkrhk1">
    <w:name w:val="Colorful Grid Accent 1"/>
    <w:basedOn w:val="Normaal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Vrvilinekoordinaatvrkrhk2">
    <w:name w:val="Colorful Grid Accent 2"/>
    <w:basedOn w:val="Normaal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Vrvilinekoordinaatvrkrhk3">
    <w:name w:val="Colorful Grid Accent 3"/>
    <w:basedOn w:val="Normaal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Vrvilinekoordinaatvrkrhk4">
    <w:name w:val="Colorful Grid Accent 4"/>
    <w:basedOn w:val="Normaal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Vrvilinekoordinaatvrkrhk5">
    <w:name w:val="Colorful Grid Accent 5"/>
    <w:basedOn w:val="Normaal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Vrvilinekoordinaatvrkrhk6">
    <w:name w:val="Colorful Grid Accent 6"/>
    <w:basedOn w:val="Normaal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D:\kodukale26_27\&#213;pilase%20valikuavaldus%20tehnoloogiavaldkon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Õpilase valikuavaldus tehnoloogiavaldkond</Template>
  <TotalTime>2</TotalTime>
  <Pages>1</Pages>
  <Words>170</Words>
  <Characters>988</Characters>
  <Application>Microsoft Office Word</Application>
  <DocSecurity>0</DocSecurity>
  <Lines>8</Lines>
  <Paragraphs>2</Paragraphs>
  <ScaleCrop>false</ScaleCrop>
  <HeadingPairs>
    <vt:vector size="4" baseType="variant">
      <vt:variant>
        <vt:lpstr>Pealkiri</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1156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Kasutaja</dc:creator>
  <cp:keywords/>
  <dc:description>generated by python-docx</dc:description>
  <cp:lastModifiedBy>Reet Raud</cp:lastModifiedBy>
  <cp:revision>1</cp:revision>
  <dcterms:created xsi:type="dcterms:W3CDTF">2026-09-06T16:57:00Z</dcterms:created>
  <dcterms:modified xsi:type="dcterms:W3CDTF">2026-09-06T16:59:00Z</dcterms:modified>
  <cp:category/>
</cp:coreProperties>
</file>